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Physics of dielectric materials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Tareev, B./ Troitsky, A./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270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électrical insulation/ dielectric polarization/ </w:t>
            </w:r>
          </w:p>
        </w:tc>
      </w:tr>
    </w:tbl>
    <w:p>
      <w:pPr>
        <w:pStyle w:val="Heading3"/>
      </w:pPr>
      <w:r>
        <w:t>Résumé :</w:t>
      </w:r>
    </w:p>
    <w:p>
      <w:r>
        <w:t>Physics of Dielectric Materials provides a comprehensive study of the physical and electrical properties of dielectric materials, which are widely used as electrical insulators in engineering and electronic applications. The book examines the fundamental mechanisms governing the behavior of dielectrics under the influence of an electric field, including polarization, electrical conductivity, dielectric losses, and dielectric breakdown. It explains how the microscopic structure of materials determines macroscopic properties such as permittivity, resistivity, and dielectric strength. The author discusses various polarization mechanisms—electronic, ionic, dipolar, and interfacial—and analyzes the effects of temperature, moisture, radiation, and aging on dielectric performance. Special attention is given to nonlinear dielectric phenomena and ferroelectric materials, which are important for advanced electronic devices. By combining theoretical principles with practical considerations, the book serves as a valuable reference for students, researchers, and engineers working in materials science, electrical engineering, and applied physics.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