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Transmission de l'information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Arbenz, Kurt/ Martin,Jean-Claude/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131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128 .Index</w:t>
            </w:r>
          </w:p>
        </w:tc>
      </w:tr>
      <w:tr>
        <w:trPr>
          <w:trHeight w:val="567"/>
        </w:trPr>
        <w:tc>
          <w:tcPr>
            <w:tcW w:type="dxa" w:w="3000"/>
          </w:tcPr>
          <w:p>
            <w:r>
              <w:t>Numéro d'Identification</w:t>
            </w:r>
          </w:p>
        </w:tc>
        <w:tc>
          <w:tcPr>
            <w:tcW w:type="dxa" w:w="7000"/>
          </w:tcPr>
          <w:p>
            <w:r>
              <w:t>2880360323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théorie de l'information/ Données Transmission/ </w:t>
            </w:r>
          </w:p>
        </w:tc>
      </w:tr>
    </w:tbl>
    <w:p>
      <w:pPr>
        <w:pStyle w:val="Heading3"/>
      </w:pPr>
      <w:r>
        <w:t>Résumé :</w:t>
      </w:r>
    </w:p>
    <w:p>
      <w:r>
        <w:t>Cet ouvrage présente les bases mathématiques nécessaires à l'étude de la transmission de l'information. Il aborde les probabilités, la théorie de l'information, le codage, les canaux de communication et les méthodes de détection et de correction d'erreurs. Le livre s'adresse principalement aux étudiants en électronique, télécommunications et informatique.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