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Murry, Guy/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V-329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9782100526079, 2100075993</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Cet aide-mémoire rassemble les informations de base essentielles au choix et à l'utilisation des métaux. Il rappelle les notions de métallurgie physique indispensables et aborde de manière détaillée :</w:t>
        <w:br/>
        <w:br/>
        <w:br/>
        <w:br/>
        <w:t>le comportement des métaux ;</w:t>
        <w:br/>
        <w:br/>
        <w:t>les propriétés mécaniques ;</w:t>
        <w:br/>
        <w:br/>
        <w:t>le durcissement ;</w:t>
        <w:br/>
        <w:br/>
        <w:t>les différents types d'alliage et leurs utilisations ;</w:t>
        <w:br/>
        <w:br/>
        <w:t>les traitements thermiques.</w:t>
        <w:br/>
        <w:br/>
        <w:t>Cette seconde édition, actualisée des données normatives, est destinée aux concepteurs et constructeurs qui utilisent des métaux. Cet ouvrage constitue également un outil de travail pour les étudiants et élèves ingénieurs en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