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Power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Subrahmanyam, Vedam/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863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9788122417470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electronic/ converter/ </w:t>
            </w:r>
          </w:p>
        </w:tc>
      </w:tr>
    </w:tbl>
    <w:p>
      <w:pPr>
        <w:pStyle w:val="Heading3"/>
      </w:pPr>
      <w:r>
        <w:t>Résumé :</w:t>
      </w:r>
    </w:p>
    <w:p>
      <w:r>
        <w:t>Power electronics is a key engineering field focused on the conversion and control of electrical energy using semiconductor devices. It relies on components such as diodes, thyristors, MOSFETs, and IGBTs, which enable efficient switching of electrical power.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