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Montages flash. 37 montages faciles à réaliser soi-même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Tavernier, Christian/ </w:t>
            </w:r>
          </w:p>
        </w:tc>
      </w:tr>
      <w:tr>
        <w:trPr>
          <w:trHeight w:val="567"/>
        </w:trPr>
        <w:tc>
          <w:tcPr>
            <w:tcW w:type="dxa" w:w="3000"/>
          </w:tcPr>
          <w:p>
            <w:r>
              <w:t>Adresse bib.</w:t>
            </w:r>
          </w:p>
        </w:tc>
        <w:tc>
          <w:tcPr>
            <w:tcW w:type="dxa" w:w="7000"/>
          </w:tcPr>
          <w:p>
            <w:r>
              <w:t xml:space="preserve">ETSF, techniques et scientifiques françaises/ </w:t>
            </w:r>
          </w:p>
        </w:tc>
      </w:tr>
      <w:tr>
        <w:trPr>
          <w:trHeight w:val="567"/>
        </w:trPr>
        <w:tc>
          <w:tcPr>
            <w:tcW w:type="dxa" w:w="3000"/>
          </w:tcPr>
          <w:p>
            <w:r>
              <w:t>Nombre de Pages</w:t>
            </w:r>
          </w:p>
        </w:tc>
        <w:tc>
          <w:tcPr>
            <w:tcW w:type="dxa" w:w="7000"/>
          </w:tcPr>
          <w:p>
            <w:r>
              <w:t>174 p.</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2855351936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circuit électronique/ manuel d'amateur/ </w:t>
            </w:r>
          </w:p>
        </w:tc>
      </w:tr>
    </w:tbl>
    <w:p>
      <w:pPr>
        <w:pStyle w:val="Heading3"/>
      </w:pPr>
      <w:r>
        <w:t>Résumé :</w:t>
      </w:r>
    </w:p>
    <w:p>
      <w:r>
        <w:t>Cet ouvrage est un guide pratique d'initiation à l'électronique qui propose trente-sept réalisations simples et accessibles aux amateurs. L'auteur y présente des projets concrets couvrant différents domaines tels que les alarmes, l'audio, l'automobile, les télécommandes, les instruments de mesure, les applications domestiques et les gadgets électroniques. Chaque montage est accompagné d'explications claires, de schémas de câblage et de conseils de réalisation permettant au lecteur de comprendre le fonctionnement des circuits tout en développant ses compétences pratiques. L'ouvrage privilégie l'utilisation de composants courants et met l'accent sur une approche pédagogique fondée sur l'expérimentation. À travers ces réalisations, le lecteur acquiert progressivement les bases de l'électronique analogique et numérique tout en construisant des dispositifs utiles pour la vie quotidienne. Ce livre constitue ainsi une ressource d'apprentissage pratique destinée à toute personne souhaitant découvrir l'électronique par la réalisation de projets simples et fonctionnels.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