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mechanical design process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Ullman, David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Third Edition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 399-415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9780071122818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engineering design/ reliability engineering/ </w:t>
            </w:r>
          </w:p>
        </w:tc>
      </w:tr>
    </w:tbl>
    <w:p>
      <w:pPr>
        <w:pStyle w:val="Heading3"/>
      </w:pPr>
      <w:r>
        <w:t>Résumé :</w:t>
      </w:r>
    </w:p>
    <w:p>
      <w:r>
        <w:t>The book emphasizes structured problem-solving, creativity, decision-making, analysis, optimization, and communication throughout the product development cycle. It integrates engineering principles with practical design methods, helping students and engineers develop efficient, manufacturable, reliable, and cost-effective products.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