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Analog electronics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Singh, Balwinder/ Dixit, Ashish/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publicationsé(P) LTD/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277-280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fundamentals/ transistor/ </w:t>
            </w:r>
          </w:p>
        </w:tc>
      </w:tr>
    </w:tbl>
    <w:p>
      <w:pPr>
        <w:pStyle w:val="Heading3"/>
      </w:pPr>
      <w:r>
        <w:t>Résumé :</w:t>
      </w:r>
    </w:p>
    <w:p>
      <w:r>
        <w:t>Analog electronics studies continuous-time electrical signals and how to process them using:</w:t>
        <w:br/>
        <w:br/>
        <w:br/>
        <w:br/>
        <w:t>Passive components (R, L, C)</w:t>
        <w:br/>
        <w:br/>
        <w:t>Semiconductor devices (diodes, transistors)</w:t>
        <w:br/>
        <w:br/>
        <w:t>Amplifiers</w:t>
        <w:br/>
        <w:br/>
        <w:t>Feedback systems</w:t>
        <w:br/>
        <w:br/>
        <w:t>Oscillators</w:t>
        <w:br/>
        <w:br/>
        <w:t>Integrated circuits (Op-Amps, 555 timer)</w:t>
        <w:br/>
        <w:br/>
        <w:br/>
        <w:br/>
        <w:t>👉 Main objectives:</w:t>
        <w:br/>
        <w:br/>
        <w:br/>
        <w:br/>
        <w:t>Amplify weak signals</w:t>
        <w:br/>
        <w:br/>
        <w:t>Filter noise</w:t>
        <w:br/>
        <w:br/>
        <w:t>Generate waveforms</w:t>
        <w:br/>
        <w:br/>
        <w:t>Control electronic system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