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Digital Electronics: Principles and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Tokheim, Roger L./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McGraw-Hill Higher Education/ </w:t>
            </w:r>
          </w:p>
        </w:tc>
      </w:tr>
      <w:tr>
        <w:trPr>
          <w:trHeight w:val="567"/>
        </w:trPr>
        <w:tc>
          <w:tcPr>
            <w:tcW w:type="dxa" w:w="3000"/>
          </w:tcPr>
          <w:p>
            <w:r>
              <w:t>Nombre de Pages</w:t>
            </w:r>
          </w:p>
        </w:tc>
        <w:tc>
          <w:tcPr>
            <w:tcW w:type="dxa" w:w="7000"/>
          </w:tcPr>
          <w:p>
            <w:r>
              <w:t>534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9780073126340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digital electronics/ hexadecimal numbers/ </w:t>
            </w:r>
          </w:p>
        </w:tc>
      </w:tr>
    </w:tbl>
    <w:p>
      <w:pPr>
        <w:pStyle w:val="Heading3"/>
      </w:pPr>
      <w:r>
        <w:t>Résumé :</w:t>
      </w:r>
    </w:p>
    <w:p>
      <w:r>
        <w:t>Digital Electronics  is a comprehensive introductory textbook that presents the fundamental concepts and practical applications of digital electronics. The book begins with the study of number systems, including binary, octal, hexadecimal, and decimal representations, and explains how digital information is encoded and processed. It then introduces logic gates, Boolean algebra, truth tables, and logic simplification techniques, providing the foundation for the analysis and design of digital circuits. Building on these fundamentals, the author explores combinational and sequential logic systems, including encoders, decoders, multiplexers, flip-flops, counters, and shift registers, which form the essential building blocks of modern digital devices.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