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des impulsions. T6, lignes couplées en régime transitoire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Vabre, Jean-Paul/ Bernard, M.Y./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168 cm</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Les Techniques de base de l'informatique(N°:None)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ligne couplée/ coupleur à ligne/ </w:t>
            </w:r>
          </w:p>
        </w:tc>
      </w:tr>
    </w:tbl>
    <w:p>
      <w:pPr>
        <w:pStyle w:val="Heading3"/>
      </w:pPr>
      <w:r>
        <w:t>Résumé :</w:t>
      </w:r>
    </w:p>
    <w:p>
      <w:r>
        <w:t>Ce fascicule est consacré à l'étude des dispositifs réalisés à partir de lignes de transmission couplées : coupleurs directionnels, transformateurs à lignes, réseaux de transfert d'énergie et structures hyperfréquences. l'auteur développe la théorie des modes de propagation dans les lignes couplées, les mécanismes de transfert d'énergie entre conducteurs, les propriétés d'adaptation d'impédance ainsi que la conception des coupleurs et transformateurs à large bande. l'ouvrage relie l'analyse transitoire des lignes aux applications en électronique rapide, télécommunications et techniques hyperfréquences.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