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des impulsions. T6, lignes couplées en régime transitoire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Vabre, Jean-Paul/ Bernard, M.Y./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138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Les Techniques de base de l'informatique(N°:None)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ligne de transmission/ régime transitoire/ </w:t>
            </w:r>
          </w:p>
        </w:tc>
      </w:tr>
    </w:tbl>
    <w:p>
      <w:pPr>
        <w:pStyle w:val="Heading3"/>
      </w:pPr>
      <w:r>
        <w:t>Résumé :</w:t>
      </w:r>
    </w:p>
    <w:p>
      <w:r>
        <w:t>Cet ouvrage étudie les phénomènes de couplage électromagnétique entre lignes de transmission parcourues par des signaux impulsionnels. il analyse les perturbations transitoires produites par les interactions capacitives et inductives entre conducteurs voisins, ainsi que les mécanismes de diaphonie et de parasitage susceptibles d'altérer la transmission des impulsions. l'auteur développe les modèles théoriques des lignes couplées, les équations de propagation, les effets des pertes et les méthodes permettant de prévoir ou de réduire les perturbations entre circuits électroniques rapides. l'ouvrage constitue une référence pour l'étude de la compatibilité électromagnétique, des interconnexions et des lignes de transmission à haute vitesse.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