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Statistical methods in control and signal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Katayama, Tohru/ Sugimoto, Sueo/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 Dekker/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0824799488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temps réel/ méthode statistique/ </w:t>
            </w:r>
          </w:p>
        </w:tc>
      </w:tr>
    </w:tbl>
    <w:p>
      <w:pPr>
        <w:pStyle w:val="Heading3"/>
      </w:pPr>
      <w:r>
        <w:t>Résumé :</w:t>
      </w:r>
    </w:p>
    <w:p>
      <w:r>
        <w:t>This readily accessible volume documents the latest developments in statistical modeling, identification, estimation, and signal processing, presenting state-of-the-art statistical and stochastic methods for the analysis and design of technological systems in engineering and applied areas. Requiring only a basic knowledge of statistics and stochastic processes, Statistical Methods in Control and Signal Processing furnishes self-contained chapters on a wide range of topics, such as subspace methods...stochastic realization...state space modeling...identification and parameter estimation...H[subscript 2] and H[actual symbol not reproducible] filtering...fuzzy modeling...statistical models of economic behavior...time-series and pattern analyses...blind deconvolution...radar and array signal processing...detection...image processing.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