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Maîtrisez les microcontrôleurs à l'aide d'Arduino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Valens, Clemens/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9782866611958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embarquée/ système embarqué/ </w:t>
            </w:r>
          </w:p>
        </w:tc>
      </w:tr>
    </w:tbl>
    <w:p>
      <w:pPr>
        <w:pStyle w:val="Heading3"/>
      </w:pPr>
      <w:r>
        <w:t>Résumé :</w:t>
      </w:r>
    </w:p>
    <w:p>
      <w:r>
        <w:t>Pour cette 2 édition, l'auteur a créé une carte d'expérimentation polyvalente à coupler avec une carte arduino. ensemble, elles permettent de réaliser grand nombre des montages du livre et de présenter de nouveaux exercices. ceux-ci fournissent à leur tour l'occasion de découvrir de nouvelles techniques. l'ambition de cet ouvrage est de vous faire entrer dans le monde arduino puis de vous en faire ressortir victorieux pour vous emmener plus loin dans l'apprentissage de la programmation des microcontrôleurs. il met la théorie en pratique sur une carte arduino avec l'environnement de programmation arduino. après ce parcours initiatique inédit, plaisant et ludique, vous programmerez vous-même n'importe quel µc. ce livre sera donc votre premier livre sur les microcontrôleurs avec une fin heureuse. tous les programmes présentés peuvent être téléchargés.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