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PIC microcontrollers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Dam, Bert van/ </w:t>
            </w:r>
          </w:p>
        </w:tc>
      </w:tr>
      <w:tr>
        <w:trPr>
          <w:trHeight w:val="567"/>
        </w:trPr>
        <w:tc>
          <w:tcPr>
            <w:tcW w:type="dxa" w:w="3000"/>
          </w:tcPr>
          <w:p>
            <w:r>
              <w:t>Adresse bib.</w:t>
            </w:r>
          </w:p>
        </w:tc>
        <w:tc>
          <w:tcPr>
            <w:tcW w:type="dxa" w:w="7000"/>
          </w:tcPr>
          <w:p>
            <w:r>
              <w:t xml:space="preserve">Elektor/ </w:t>
            </w:r>
          </w:p>
        </w:tc>
      </w:tr>
      <w:tr>
        <w:trPr>
          <w:trHeight w:val="567"/>
        </w:trPr>
        <w:tc>
          <w:tcPr>
            <w:tcW w:type="dxa" w:w="3000"/>
          </w:tcPr>
          <w:p>
            <w:r>
              <w:t>Nombre de Pages</w:t>
            </w:r>
          </w:p>
        </w:tc>
        <w:tc>
          <w:tcPr>
            <w:tcW w:type="dxa" w:w="7000"/>
          </w:tcPr>
          <w:p>
            <w:r>
              <w:t>446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442-446.</w:t>
            </w:r>
          </w:p>
        </w:tc>
      </w:tr>
      <w:tr>
        <w:trPr>
          <w:trHeight w:val="567"/>
        </w:trPr>
        <w:tc>
          <w:tcPr>
            <w:tcW w:type="dxa" w:w="3000"/>
          </w:tcPr>
          <w:p>
            <w:r>
              <w:t>Numéro d'Identification</w:t>
            </w:r>
          </w:p>
        </w:tc>
        <w:tc>
          <w:tcPr>
            <w:tcW w:type="dxa" w:w="7000"/>
          </w:tcPr>
          <w:p>
            <w:r>
              <w:t>9780905705705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PIC microcontrollers/ embedded systems/ </w:t>
            </w:r>
          </w:p>
        </w:tc>
      </w:tr>
    </w:tbl>
    <w:p>
      <w:pPr>
        <w:pStyle w:val="Heading3"/>
      </w:pPr>
      <w:r>
        <w:t>Résumé :</w:t>
      </w:r>
    </w:p>
    <w:p>
      <w:r>
        <w:t>This hands-on book covers a series of exciting and fun projects with pic microcontrollers. for example a silent alarm, a people sensor, a radar, a night buzzer, a vu meter, a rgb fader, a serial network, a poetry box and a sound super-compression. you can build over 50 projects for your own use. the clear explanations, schematics, and pictures of each project on a breadboard make this a fun activity. you can also use this book as a study guide. the technical background information in each project explains why the project is set up the way it is, including the use of datasheets. this way you'll learn a lot about the project and the microcontroller being used, and you can expand the project to suit your own need ...making it ideal for use in schools and colleges. this book can also be used as a reference guide. the explanation of the jal programming language and all of the expansion libraries used is unique and found nowhere else.using the index, you can easily locate.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