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Semiconducteurs. P1, physique, applications, diodes, transistors, thyristors et autres composants à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Mounic,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constitue une introduction complète à la physique des semi-conducteurs et à leurs principales applications électroniques. destiné aux techniciens, élèves techniciens et techniciens supérieurs, il expose les bases théoriques nécessaires à la compréhension du fonctionnement des composants électroniques à semi-conducteurs, puis présente leurs caractéristiques, leurs performances et leurs domaines d'utilisation. l'auteur commence par l'étude des matériaux semi-conducteurs, de leur structure atomique, de la conduction électrique, des phénomènes de dopage et des jonctions. il décrit ensuite les différents dispositifs à semi-conducteurs, notamment les diodes de redressement, les diodes à jonction, les diodes zener, les photodiodes, les photopiles, les thermistances et les composants utilisant les effets thermoélectriques. une partie importante de l'ouvrage est consacrée au transistor à jonction. sont étudiés sa constitution, son principe de fonctionnement, ses caractéristiques électriques, ses montages fondamentaux ainsi que les phénomènes influençant ses performances. l'auteur aborde également les problèmes liés à la température et les méthodes de stabilisation thermique des circuits à transistors. le livre présente enfin les thyristors et d'autres dispositifs à semi-conducteurs, y compris les composants à effet de champ, en mettant en évidence leurs principes de fonctionnement et leurs applications dans les systèmes électroniques industriels. </w:t>
        <w:br/>
        <w:br/>
        <w:t>cet ouvrage est un manuel de formation technique qui fournit les bases de la physique des semi-conducteurs et une étude détaillée des principaux composants électroniques (diodes, transistors, thyristors et dispositifs à effet de champ), en insistant sur leurs caractéristiques pratiques et leurs applications dans les circuits électroniques.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