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[Vingt cinq]  appareils de mesure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Sorokine, Wladimir/ </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2709107791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électrique/ transistor/ </w:t>
            </w:r>
          </w:p>
        </w:tc>
      </w:tr>
    </w:tbl>
    <w:p>
      <w:pPr>
        <w:pStyle w:val="Heading3"/>
      </w:pPr>
      <w:r>
        <w:t>Résumé :</w:t>
      </w:r>
    </w:p>
    <w:p>
      <w:r>
        <w:t>Le livre de Wladimir Sorokine présente 25 appareils de mesure électroniques utilisant des transistors et des circuits intégrés, avec une approche pratique et pédagogique. Chaque appareil est décrit avec son principe de fonctionnement, son schéma électronique et ses applications pratiques. L’ouvrage aborde également la conception, le calibrage et le dépannage, fournissant aux étudiants et aux techniciens une base solide pour comprendre et utiliser efficacement les instruments modernes de mesure.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