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and theory of petri nets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Lecture notes in control and information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03029743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 théorique/ l’intelligence artificielle/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Lecture Notes in Computer Science (LNCS) est l'une des plus importantes séries scientifiques consacrées à l'informatique. Créée en 1973, elle publie des actes de conférences, des monographies, des ouvrages de recherche avancée, des tutoriels et des synthèses sur les développements récents de l'informatique.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