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Design and Analysis of Computer Algorithms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Aho, Alfred V/ Hopcroft, John E./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0201000296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Analyse de complexité/ </w:t>
            </w:r>
          </w:p>
        </w:tc>
      </w:tr>
    </w:tbl>
    <w:p>
      <w:pPr>
        <w:pStyle w:val="Heading3"/>
      </w:pPr>
      <w:r>
        <w:t>Résumé :</w:t>
      </w:r>
    </w:p>
    <w:p>
      <w:r>
        <w:t>Cet ouvrage est l'un des livres fondateurs de l'algorithmique moderne. Il présente les principes permettant de concevoir, d'analyser et d'évaluer l'efficacité des algorithmes utilisés en informatique. Les auteurs expliquent comment mesurer les performances d'un algorithme en termes de temps d'exécution et d'espace mémoire, puis montrent comment choisir la meilleure méthode pour résoudre un problème donné.</w:t>
        <w:br/>
        <w:br/>
        <w:br/>
        <w:br/>
        <w:t>Le livre aborde les principales structures de données (listes, arbres, graphes, tables de hachage) ainsi que les techniques classiques de conception d'algorithmes telles que la méthode « diviser pour régner », la programmation dynamique, les algorithmes gloutons et le retour arrière. De nombreux exemples illustrent les applications dans le tri, la recherche, le traitement des graphes, les réseaux et les problèmes d'optimisation.</w:t>
        <w:br/>
        <w:br/>
        <w:br/>
        <w:br/>
        <w:t>L'ouvrage introduit également les notions fondamentales de théorie de la complexité, notamment les limites du calcul algorithmique et les problèmes difficiles. Il constitue une référence historique et pédagogique pour les étudiants, enseignants et professionnels de l'informatique souhaitant comprendre les bases théoriques des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