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practical approach to signals and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Sundararajan,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9780470823538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theory/ signal and system/ </w:t>
            </w:r>
          </w:p>
        </w:tc>
      </w:tr>
    </w:tbl>
    <w:p>
      <w:pPr>
        <w:pStyle w:val="Heading3"/>
      </w:pPr>
      <w:r>
        <w:t>Résumé :</w:t>
      </w:r>
    </w:p>
    <w:p>
      <w:r>
        <w:t>A Practical Approach to Signals and Systems presents the fundamental principles of signal and system analysis through a practical and application-oriented perspective. The book introduces continuous-time and discrete-time signals, explores the behavior of linear time-invariant systems, and develops essential analytical tools such as the Fourier Transform, Laplace Transform, and Z-Transform. Emphasis is placed on understanding how these techniques are applied in real-world engineering problems, including filtering, communications, and digital signal processing. The text combines theory, worked examples, and practical insights to help students build both conceptual understanding and problem-solving skills.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