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CMMI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Ahern, Dennis M/ Clouse, Aaron/ Turner, Richard/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267-270. Webliogr. p. 271-276. Index</w:t>
            </w:r>
          </w:p>
        </w:tc>
      </w:tr>
      <w:tr>
        <w:trPr>
          <w:trHeight w:val="567"/>
        </w:trPr>
        <w:tc>
          <w:tcPr>
            <w:tcW w:type="dxa" w:w="3000"/>
          </w:tcPr>
          <w:p>
            <w:r>
              <w:t>Numéro d'Identification</w:t>
            </w:r>
          </w:p>
        </w:tc>
        <w:tc>
          <w:tcPr>
            <w:tcW w:type="dxa" w:w="7000"/>
          </w:tcPr>
          <w:p>
            <w:r>
              <w:t>2854287193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amélioration des processus/ qualité logicielle/ </w:t>
            </w:r>
          </w:p>
        </w:tc>
      </w:tr>
    </w:tbl>
    <w:p>
      <w:pPr>
        <w:pStyle w:val="Heading3"/>
      </w:pPr>
      <w:r>
        <w:t>Résumé :</w:t>
      </w:r>
    </w:p>
    <w:p>
      <w:r>
        <w:t>Ce livre explique le modèle CMMI (Capability Maturity Model Integration) utilisé pour améliorer la qualité et l’efficacité des processus de développement logiciel. Il présente les niveaux de maturité, les méthodes d’évaluation et les stratégies d’optimisation continue dans les organisations.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