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Microsoft Excel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Group, Cobb/ MacGuffey, Allan/ Cobb, Douglas/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Microsoft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443-460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2712406680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microsoft excel (logiciel)/ macintosh ( ordinateur)/ </w:t>
            </w:r>
          </w:p>
        </w:tc>
      </w:tr>
    </w:tbl>
    <w:p>
      <w:pPr>
        <w:pStyle w:val="Heading3"/>
      </w:pPr>
      <w:r>
        <w:t>Résumé :</w:t>
      </w:r>
    </w:p>
    <w:p>
      <w:r>
        <w:t>Sont abordés ici : les techniques de base pour tracer des graphiques, les graphiques évolués, les bases de données, les macros et échanges de données avec des logiciels pour MS-DOS, comme Multiplan, Excel pour Windows, dBase.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