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dépannage TV rien de plus simple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Six, Albert/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9782100055180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dépannage électronique/ diagnostic de panne/ </w:t>
            </w:r>
          </w:p>
        </w:tc>
      </w:tr>
    </w:tbl>
    <w:p>
      <w:pPr>
        <w:pStyle w:val="Heading3"/>
      </w:pPr>
      <w:r>
        <w:t>Résumé :</w:t>
      </w:r>
    </w:p>
    <w:p>
      <w:r>
        <w:t>La Télévision ?...</w:t>
        <w:br/>
        <w:br/>
        <w:t>Mais c'est très simple ! Ce titre d'un ouvrage célèbre pouvait-il être paraphrasé pour un traité de dépannage des téléviseurs anciens ?</w:t>
        <w:br/>
        <w:br/>
        <w:t>Albert Six n'a pas hésité à la faire. Et il avait mille fois raison. En effet, de la façon la plus rationnelle qui soit, il y analyse toutes les parties constitutives d'un téléviseur ancien, en expliquant les pannes possibles, leurs causes et surtout leurs effets dans le son et sur l'image.</w:t>
        <w:br/>
        <w:br/>
        <w:t>L'enchaînement des explications ressortant de la logique (et aussi de l'expérience !) tout devient clair et, effectivement, le dépannage d'un récepteur de télévision d'époque apparaîtra très simple, même au néophyte.</w:t>
        <w:br/>
        <w:br/>
        <w:t>L'ouvrage est rédigé sous forme de dialogues amusants, mettant en jeu les deux célèbres personnages, Curiosus et Ignotus, dont les causeries, sous la plume de leur père, Eugène Aisberg, ont déjà contribué à former des centaines de milliers de techniciens.</w:t>
        <w:br/>
        <w:br/>
        <w:t>Outre les schémas se rapportant au texte, des dessins marginaux éclairent et égayent ce livre qui est très facile et agréable à lire.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