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théorie de la communication. T2, Signaux aléatoires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Roubine, Elie/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signau aleatoire/ processu stochastique/ </w:t>
            </w:r>
          </w:p>
        </w:tc>
      </w:tr>
    </w:tbl>
    <w:p>
      <w:pPr>
        <w:pStyle w:val="Heading3"/>
      </w:pPr>
      <w:r>
        <w:t>Résumé :</w:t>
      </w:r>
    </w:p>
    <w:p>
      <w:r>
        <w:t>Le livre examine également les différentes formes de bruit qui affectent les communications, notamment le bruit thermique et le bruit blanc gaussien, en étudiant leurs effets sur la qualité et la fiabilité de la transmission de l'information. Il montre comment les systèmes linéaires et les techniques de filtrage permettent d'analyser, de transformer et parfois d'atténuer ces perturbations. Par une approche rigoureuse fondée sur les outils statistiques et mathématiques, ce deuxième tome fournit les bases nécessaires à la compréhension des limitations imposées par le hasard et le bruit dans les télécommunications. Il constitue ainsi une étape essentielle vers l'étude de la théorie de l'information, de la capacité des canaux de transmission et des méthodes avancées de traitement du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