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Adobe Photoshop 6.0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Lenoir,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Classroom in a book(N°:None)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2744011088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Photoshop 6.0/ retouche d'image/ </w:t>
            </w:r>
          </w:p>
        </w:tc>
      </w:tr>
    </w:tbl>
    <w:p>
      <w:pPr>
        <w:pStyle w:val="Heading3"/>
      </w:pPr>
      <w:r>
        <w:t>Résumé :</w:t>
      </w:r>
    </w:p>
    <w:p>
      <w:r>
        <w:t>Classroom in a Book, collection dont le succès est mondial, propose des livres de formation par la pratique pour étudier rapidement les fonctionnalités des logiciels Adobe.</w:t>
        <w:br/>
        <w:br/>
        <w:t>Vous apprendrez comment créer, manipuler et optimiser vos images, grâce au logiciel phare de retouche dimage.</w:t>
        <w:br/>
        <w:br/>
        <w:t>Vous découvrirez tout ce quil est nécessaire de savoir pour devenir un professionnel de la conception graphique pour le Web  Ajouts deffets spéciaux</w:t>
        <w:br/>
        <w:br/>
        <w:t>- Création de tranches et de boutons animés, etc.</w:t>
        <w:br/>
        <w:br/>
        <w:t>Lensemble du manuel prend naturellement en compte toutes les nouveautés -fonctions, commandes, outils, etc.- de Photoshop 6 et dImageReady 3.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