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Photoshop 6.0 et Adobe Illustrator 9.0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Beaudran, Philippe/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Classroom in a book(N°:None)</w:t>
            </w:r>
          </w:p>
        </w:tc>
      </w:tr>
      <w:tr>
        <w:trPr>
          <w:trHeight w:val="567"/>
        </w:trPr>
        <w:tc>
          <w:tcPr>
            <w:tcW w:type="dxa" w:w="3000"/>
          </w:tcPr>
          <w:p>
            <w:r>
              <w:t>Notes Générales</w:t>
            </w:r>
          </w:p>
        </w:tc>
        <w:tc>
          <w:tcPr>
            <w:tcW w:type="dxa" w:w="7000"/>
          </w:tcPr>
          <w:p>
            <w:r>
              <w:t>Index p. 301-309.</w:t>
            </w:r>
          </w:p>
        </w:tc>
      </w:tr>
      <w:tr>
        <w:trPr>
          <w:trHeight w:val="567"/>
        </w:trPr>
        <w:tc>
          <w:tcPr>
            <w:tcW w:type="dxa" w:w="3000"/>
          </w:tcPr>
          <w:p>
            <w:r>
              <w:t>Numéro d'Identification</w:t>
            </w:r>
          </w:p>
        </w:tc>
        <w:tc>
          <w:tcPr>
            <w:tcW w:type="dxa" w:w="7000"/>
          </w:tcPr>
          <w:p>
            <w:r>
              <w:t>2744012416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Photoshop 6.0/ Illustrator 9.0/ </w:t>
            </w:r>
          </w:p>
        </w:tc>
      </w:tr>
    </w:tbl>
    <w:p>
      <w:pPr>
        <w:pStyle w:val="Heading3"/>
      </w:pPr>
      <w:r>
        <w:t>Résumé :</w:t>
      </w:r>
    </w:p>
    <w:p>
      <w:r>
        <w:t>Consacré à l'utilisation de Photoshop 6.0 et d'lllustrator 9.0, ce livre vous fournit d'innombrables astuces et techniques pour préparer l'impression ou la publication en ligne de vos images et pour réaliser des animations. Il vous permettra également d'approfondir les thèmes étudiés dans les autres ouvrages de la série. Ce qu'il vous faut pour suivre les leçons : Adobe Photoshop 6.0 et Adobe Illustrator 9.0 pour Windows ou Mac OS (ils ne sont pas fournis avec ce livre). Nous vous recommandons également d'avoir au préalable étudié les leçons des ouvrages Adobe Photoshop 6.0 Classroom in a Book et Adobe Illustrator 9.0 Classroom in a Book. Classroom in a Book ne remplace pas la documentation, le support, les mises à jour, ni aucun autre avantage découlant de la possession légale des logiciels Adobe Photoshop 6.0 et Illustrator 9.0. Inclus dans ce livre : Un CD-ROM, compatible PC/Mac, livré dans sa version originale américaine, contenant les fichiers d'exercices du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