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Digital signal processing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Nair, Somanathan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‎ Prentice-Hall of India Private Limited/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9788120325951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digital signal processing/ discrete-time signals/ </w:t>
            </w:r>
          </w:p>
        </w:tc>
      </w:tr>
    </w:tbl>
    <w:p>
      <w:pPr>
        <w:pStyle w:val="Heading3"/>
      </w:pPr>
      <w:r>
        <w:t>Résumé :</w:t>
      </w:r>
    </w:p>
    <w:p>
      <w:r>
        <w:t>his textbook for a one-semester course in Digital Signal Processing and Filter Design is suitable for undergraduate students of Electrical and Electronics Engineering, Electronics and Instrumentation Engineering, Instrumentation and Control Engineer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