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Radio-TV-transistors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270910833X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bipolaire/ Semi-conducteur/ </w:t>
            </w:r>
          </w:p>
        </w:tc>
      </w:tr>
    </w:tbl>
    <w:p>
      <w:pPr>
        <w:pStyle w:val="Heading3"/>
      </w:pPr>
      <w:r>
        <w:t>Résumé :</w:t>
      </w:r>
    </w:p>
    <w:p>
      <w:r>
        <w:t>Ce livre constitue un guide de référence pratique consacré aux transistors utilisés dans les équipements radio et télévision. Pour chaque composant, il fournit les caractéristiques électriques essentielles, le brochage et des exemples de schémas d'utilisation. Son objectif est de permettre au lecteur de sélectionner rapidement un transistor et de l'intégrer dans un montage électronique sans devoir consulter une documentation plus volumineuse. L'ouvrage est particulièrement utile pour la conception, la maintenance et le dépannage des circuits électroniques analogiques.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