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guide clandestin de la sécurité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Alexander, Michael/ Charue, Marie-Lise/ </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XVI-244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2841809625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sécurité informatique/ Protection des données/ </w:t>
            </w:r>
          </w:p>
        </w:tc>
      </w:tr>
    </w:tbl>
    <w:p>
      <w:pPr>
        <w:pStyle w:val="Heading3"/>
      </w:pPr>
      <w:r>
        <w:t>Résumé :</w:t>
      </w:r>
    </w:p>
    <w:p>
      <w:r>
        <w:t>Michael Alexander vous guide pas à pas au travers des bases pratiques de la sécurité des ordinateurs pour tout un chacun. Que vous soyiez à votre bureau devant une machine connectée au réseau local, ou devant votre portable connecté au réseau via une liaison téléphonique, ou que vous travailliez sur votre propre machine isolée de tout réseau, ce livre vous sera fort utile. Dans Le guide clandestin de la sécurité des ordinateurs, vous apprendrez : à évaluer les différentes possibilités matérielles et logicielles permettant de protéger votre ordinateur et vos données, à créer des mots de passe résistant aux attaques des hachkers ; à conserver vos informations en sûreté - et privées ! - dans un environnement réseau ; à développer des plans de sauvegarde et de récupération qui soient adaptés au niveau de sécurité dont vous avez besoin ; et beaucoup plus encore.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