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en langage 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André, Pascal/ Vailly,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II-243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231.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2729819428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Z/ génie logiciel/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recueil d’exercices corrigés sur le langage Z, utilisé pour la spécification formelle des logiciels. Il permet d’apprendre à modéliser des systèmes informatiques de manière rigoureuse, en passant des notions théoriques (ensembles, relations, schémas) à des applications concrètes et corrigées. Il est particulièrement utile pour les étudiants en génie logiciel et méthodes formelles.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