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Principles of data conversion system design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Razavi, Behzad/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IEEE Press/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XIII-256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0780310934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analog-to-digital converters/ digital-to-analog converters/ </w:t>
            </w:r>
          </w:p>
        </w:tc>
      </w:tr>
    </w:tbl>
    <w:p>
      <w:pPr>
        <w:pStyle w:val="Heading3"/>
      </w:pPr>
      <w:r>
        <w:t>Résumé :</w:t>
      </w:r>
    </w:p>
    <w:p>
      <w:r>
        <w:t>This advanced text and reference covers the design and implementation of integrated circuits for analog-to-digital and digital-to-analog conversion. It begins with basic concepts and systematically leads the reader to advanced topics, describing design issues and techniques at both circuit and system level. Gain a system-level perspective of data conversion units and their trade-offs with this state-of-the art book. Topics covered include: sampling circuits and architectures, D/A and A/D architectures; comparator and op amp design; calibration techniques; testing and characterization; and more!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