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Télécoms.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Servin, Claude/ Pujolle, Guy/ Ghernaouti, Solange/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Informatiques. Série Réseaux et télécoms(N°:None)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9782100048342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réseaux téléphonique numérique/ telecommunication/ </w:t>
            </w:r>
          </w:p>
        </w:tc>
      </w:tr>
    </w:tbl>
    <w:p>
      <w:pPr>
        <w:pStyle w:val="Heading3"/>
      </w:pPr>
      <w:r>
        <w:t>Résumé :</w:t>
      </w:r>
    </w:p>
    <w:p>
      <w:r>
        <w:t>Cet ouvrage explique progressivement les différentes étapes de la réalisation des services de communication répondant aux besoins actuels des entreprises. L'approche conceptuelle est illustrée par des études de cas et de nombreux exercices corrigés. Ecrit dans la lignée de Télécoms 1 : de la transmission à l'architecture de réseaux, ce livre clair et précis s'adresse aux professionnels et aux étudiants des secteurs des télécommunications et de l'informatique.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