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InDesign 1.5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2744009539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InDesign (logiciel)/ mise en page/ </w:t>
            </w:r>
          </w:p>
        </w:tc>
      </w:tr>
    </w:tbl>
    <w:p>
      <w:pPr>
        <w:pStyle w:val="Heading3"/>
      </w:pPr>
      <w:r>
        <w:t>Résumé :</w:t>
      </w:r>
    </w:p>
    <w:p>
      <w:r>
        <w:t>Ce livre est un guide pratique d’apprentissage d’Adobe InDesign 1.5, logiciel de publication assistée par ordinateur (PAO). Il enseigne la création de brochures, magazines, catalogues et documents professionnels, depuis la mise en page de base jusqu’à la préparation des fichiers pour l’impression et la diffusion électronique. Les exercices du CD-ROM permettent de reproduire les exemples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