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frame maker 6.0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Escartin, Philip/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Numéro d'Identification</w:t>
            </w:r>
          </w:p>
        </w:tc>
        <w:tc>
          <w:tcPr>
            <w:tcW w:type="dxa" w:w="7000"/>
          </w:tcPr>
          <w:p>
            <w:r>
              <w:t>274401253X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FrameMaker/ PAO/ </w:t>
            </w:r>
          </w:p>
        </w:tc>
      </w:tr>
    </w:tbl>
    <w:p>
      <w:pPr>
        <w:pStyle w:val="Heading3"/>
      </w:pPr>
      <w:r>
        <w:t>Résumé :</w:t>
      </w:r>
    </w:p>
    <w:p>
      <w:r>
        <w:t>Classroom in a Book, collection dont le succès est mondial, propose des livres de formation par la pratique pour étudier rapidement et aisément les fonctionnalités des logiciels Adobe. Chaque ouvrage offre ce qu'aucun autre livre ou programme de formation ne propose : des supports pour travaux pratiques développés par les experts en formation logicielle d'Adobe Systems, testés et optimisés dans les salles et les laboratoires de cours d'Adobe. Ce livre traite les principes fondamentaux de FrameMaker, couvre les nouvelles fonctionnalités de la version 6.0 et vous livre d'innombrables astuces et techniques pour devenir rapidement un utilisateur expert de FrameMaker. La structure de l'ouvrage vous permettra de progresser à votre rythme, de suivre une formation correspondant à vos besoins et d'adapter votre apprentissage au temps dont vous disposez. Ce qu'il vous faut pour suivre les leçons : Le logiciel Adobe FrameMaker 6.0 pour Windows ou Mac OS (il n'est pas fourni avec ce livre). Classroom in Book ne remplace pas la documentation, le support, les mises à jour, ni aucun autre avantage découlant de la possession légale du logiciel Adobe FrameMaker. Inclus dans ce livre : Un CD-ROM, compatible PC/Mac, livré dans sa version originale américaine, contenant les fichiers d'exercices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