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d'électronique. T1, circuits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Mornand,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de base/ schéma électronique/ </w:t>
            </w:r>
          </w:p>
        </w:tc>
      </w:tr>
    </w:tbl>
    <w:p>
      <w:pPr>
        <w:pStyle w:val="Heading3"/>
      </w:pPr>
      <w:r>
        <w:t>Résumé :</w:t>
      </w:r>
    </w:p>
    <w:p>
      <w:r>
        <w:t>Cet ouvrage est consacré à l'étude des circuits fondamentaux de l'électronique analogique. Il présente les montages de base utilisés dans les alimentations, les amplificateurs, les générateurs de signaux et les appareils de mesure. L'approche est pédagogique et orientée vers l'analyse de schémas réels, avec de nombreux exemples destinés aux étudiants des filières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