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Schémas d'électronique. T2, matériel des télécommunications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Mornand,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électronique analogique/ modulation d'amplitude/ </w:t>
            </w:r>
          </w:p>
        </w:tc>
      </w:tr>
    </w:tbl>
    <w:p>
      <w:pPr>
        <w:pStyle w:val="Heading3"/>
      </w:pPr>
      <w:r>
        <w:t>Résumé :</w:t>
      </w:r>
    </w:p>
    <w:p>
      <w:r>
        <w:t>Cet ouvrage est un manuel de formation destiné aux étudiants préparant le brevet de technicien supérieur électronicien. il est consacré aux équipements et circuits utilisés dans les télécommunications analogiques de l'époque. l'auteur y présente les principes de fonctionnement, les schémas électroniques et les méthodes d'analyse des dispositifs rencontrés dans les systèmes de transmission et de réception.</w:t>
        <w:br/>
        <w:br/>
        <w:t>l'approche est essentiellement pratique : chaque fonction électronique est étudiée à partir de schémas réels, avec une explication du rôle des composants et des procédures de dépannage.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