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fonctionnelle de l'automobile.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Mèmeteau,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2100058991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automobiles/ </w:t>
            </w:r>
          </w:p>
        </w:tc>
      </w:tr>
    </w:tbl>
    <w:p>
      <w:pPr>
        <w:pStyle w:val="Heading3"/>
      </w:pPr>
      <w:r>
        <w:t>Résumé :</w:t>
      </w:r>
    </w:p>
    <w:p>
      <w:r>
        <w:t>Cet ouvrage résolument pédagogique est l'outil indispensable pour tous les étudiants des filières du secteur automobile.</w:t>
        <w:br/>
        <w:br/>
        <w:t>Il leur permet d'acquérir avec la méthode les connaissances des systèmes qui constituent l'automobile.</w:t>
        <w:br/>
        <w:br/>
        <w:t>Cette septième édition enrichie traite des nouvelles technologies et propose des tests d'auto-évaluation corrigés.</w:t>
        <w:br/>
        <w:br/>
        <w:t>Dans ce tome 2 sont étudiés à l'aide de nombreux schémas :</w:t>
        <w:br/>
        <w:br/>
        <w:t>la transmission ;</w:t>
        <w:br/>
        <w:br/>
        <w:t>le freinage ;</w:t>
        <w:br/>
        <w:br/>
        <w:t>la sécurité passive ;</w:t>
        <w:br/>
        <w:br/>
        <w:t>la tenue de route ;</w:t>
        <w:br/>
        <w:br/>
        <w:t>l'équipement électrique et de confort.</w:t>
        <w:br/>
        <w:br/>
        <w:t>Accompagné du tome 1 , il permet à tous d'acquérir des compétences solides et évolutives en matière de technologie des véhicules.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