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Digital signal processing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Proakis, John G/ Manolakis, Dimitris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4.ed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9780131873742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mathematical tool/ digital filters/ </w:t>
            </w:r>
          </w:p>
        </w:tc>
      </w:tr>
    </w:tbl>
    <w:p>
      <w:pPr>
        <w:pStyle w:val="Heading3"/>
      </w:pPr>
      <w:r>
        <w:t>Résumé :</w:t>
      </w:r>
    </w:p>
    <w:p>
      <w:r>
        <w:t>This book presents the fundamentals of discrete-time signals, systems, and modern digital processing and applications for students in electrical engineering, computer engineering, and computer science. The book is suitable for either a one-semester or a two-semester undergraduate level course in discrete systems and digital signal processing. It is also intended for use in a one-semester first-year graduate-level course in digital signal processing.INDEX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