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Utilisations pratiques de l'oscilloscope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Rateau, René/ </w:t>
            </w:r>
          </w:p>
        </w:tc>
      </w:tr>
      <w:tr>
        <w:trPr>
          <w:trHeight w:val="567"/>
        </w:trPr>
        <w:tc>
          <w:tcPr>
            <w:tcW w:type="dxa" w:w="3000"/>
          </w:tcPr>
          <w:p>
            <w:r>
              <w:t>Adresse bib.</w:t>
            </w:r>
          </w:p>
        </w:tc>
        <w:tc>
          <w:tcPr>
            <w:tcW w:type="dxa" w:w="7000"/>
          </w:tcPr>
          <w:p>
            <w:r>
              <w:t xml:space="preserve">Edition techniques et scientifiques françaises/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Technique poche(N°:None)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oscilloscope/ mesure électronique/ </w:t>
            </w:r>
          </w:p>
        </w:tc>
      </w:tr>
    </w:tbl>
    <w:p>
      <w:pPr>
        <w:pStyle w:val="Heading3"/>
      </w:pPr>
      <w:r>
        <w:t>Résumé :</w:t>
      </w:r>
    </w:p>
    <w:p>
      <w:r>
        <w:t>Utilisations pratiques de l'oscilloscope est un manuel destiné aux étudiants, techniciens et amateurs d'électronique souhaitant maîtriser l'emploi concret de l'oscilloscope. René Rateau y présente les méthodes de mesure les plus courantes, depuis les réglages élémentaires jusqu'à l'analyse de circuits plus complexes. L'ouvrage explique comment mesurer des tensions, des fréquences, des temps de commutation et des déphasages, puis montre comment exploiter l'oscilloscope pour étudier des amplificateurs, des alimentations, des circuits de modulation et divers dispositifs électroniques. De nombreux exemples pratiques accompagnés d'oscillogrammes illustrent les phénomènes observés et les procédures de mesure. L'auteur met particulièrement l'accent sur l'interprétation correcte des signaux et sur les techniques de diagnostic, faisant de ce livre un guide pratique pour la maintenance, l'expérimentation et l'enseignement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