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Metallurgie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Philibert, Jean/ Vignes, Alain/ Brechet, Yves/ Combrade,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XVIII-1125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Mécanique et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1097-1107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9782100597543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extractive/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 domaine de la métallurgie de manière équilibrée, depuis les bases physiques jusqu'aux applications et aux réalités industrielles. C'est la référence dans cette discipline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