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Adaptive filtering primer with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Poularikas, Alexander D./ Ramadan, Zayed M./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0849370434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adaptive filtering/ gradient Descent/ </w:t>
            </w:r>
          </w:p>
        </w:tc>
      </w:tr>
    </w:tbl>
    <w:p>
      <w:pPr>
        <w:pStyle w:val="Heading3"/>
      </w:pPr>
      <w:r>
        <w:t>Résumé :</w:t>
      </w:r>
    </w:p>
    <w:p>
      <w:r>
        <w:t>En raison de la large utilisation du filtrage adaptatif dans le traitement du signal numérique et parce que la plupart des appareils électroniques modernes incluent un type de filtre adaptatif, un texte qui met en avant les principes fondamentaux de ce domaine était nécessaire. Le matériel et les principes présentés dans ce livre sont facilement accessibles aux ingénieurs, scientifiques et étudiants qui souhaitent apprendre les fondamentaux de ce domaine et avoir une formation au niveau du baccalauréat. L'apprêt de filtrage adaptatif avec MATLAB explique clairement les principes fondamentaux du filtrage adaptatif soutenu par de nombreux exemples et simulations informatiques. Les auteurs introduisent le traitement du signal à temps discret, les variables aléatoires et les processus stochastiques, le filtre Wiener, les propriétés de la surface d'erreur, la méthode de descente la plus raide et l'algorithme du carré moyen (LMS). Ils fournissent également de nombreuses fonctions et m-fichiers MATLAB ainsi que des expériences informatiques pour illustrer comment appliquer les concepts à des problèmes du monde réel. Le livre comprend des problèmes ainsi que des conseils, des suggestions et des solutions pour les résoudre. Une annexe sur les calculs matriciels complète la couverture autonome. Avec des applications dans un large éventail de domaines, y compris le radar, les communications, le contrôle, l'instrumentation médicale et la sismologie, l'apprêt filtrant adaptatif avec MATLAB est un compagnon idéal pour une référence rapide et une introduction parfaite et concise au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