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Construisez vos alimentations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Roussez,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techniques et scientifiques françaises/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appareil électronique/ alimentation en énergie/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