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Student's guide to programming in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Atkinson, Laurence.v/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0471104027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tableaux de synthèse/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guide pédagogique d'apprentissage du langage Pascal. Il présente progressivement les concepts fondamentaux de la programmation structurée : variables, structures de contrôle, procédures, fonctions, tableaux, fichiers et pointeurs. Le livre est destiné aux étudiants débutant en informatique et met l'accent sur la conception d'algorithmes et la programmation rigoureuse.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