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Science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Arsac,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fondamentale/ Algorithmes/ </w:t>
            </w:r>
          </w:p>
        </w:tc>
      </w:tr>
    </w:tbl>
    <w:p>
      <w:pPr>
        <w:pStyle w:val="Heading3"/>
      </w:pPr>
      <w:r>
        <w:t>Résumé :</w:t>
      </w:r>
    </w:p>
    <w:p>
      <w:r>
        <w:t>Cet ouvrage de Jacques Arsac présente l'informatique comme une véritable science fondée sur la représentation et le traitement automatique de l'information. Il expose les notions essentielles d'algorithme, de programmation, d'architecture des ordinateurs et de systèmes informatiques, tout en montrant les applications de l'informatique dans les domaines scientifiques, industriels et administratifs. Jacques Arsac considérait l'informatique comme une discipline scientifique autonome et non comme une simple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