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Fluides de travail des métaux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française des techniciens du pétrole/ </w:t>
            </w:r>
          </w:p>
        </w:tc>
      </w:tr>
      <w:tr>
        <w:trPr>
          <w:trHeight w:val="567"/>
        </w:trPr>
        <w:tc>
          <w:tcPr>
            <w:tcW w:type="dxa" w:w="3000"/>
          </w:tcPr>
          <w:p>
            <w:r>
              <w:t>Adresse bib.</w:t>
            </w:r>
          </w:p>
        </w:tc>
        <w:tc>
          <w:tcPr>
            <w:tcW w:type="dxa" w:w="7000"/>
          </w:tcPr>
          <w:p>
            <w:r>
              <w:t xml:space="preserve">Editions Technip/ </w:t>
            </w:r>
          </w:p>
        </w:tc>
      </w:tr>
      <w:tr>
        <w:trPr>
          <w:trHeight w:val="567"/>
        </w:trPr>
        <w:tc>
          <w:tcPr>
            <w:tcW w:type="dxa" w:w="3000"/>
          </w:tcPr>
          <w:p>
            <w:r>
              <w:t>Nombre de Pages</w:t>
            </w:r>
          </w:p>
        </w:tc>
        <w:tc>
          <w:tcPr>
            <w:tcW w:type="dxa" w:w="7000"/>
          </w:tcPr>
          <w:p>
            <w:r>
              <w:t>X-324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Colloques et séminaires(N°:29)</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2710802821</w:t>
            </w:r>
          </w:p>
        </w:tc>
      </w:tr>
      <w:tr>
        <w:trPr>
          <w:trHeight w:val="567"/>
        </w:trPr>
        <w:tc>
          <w:tcPr>
            <w:tcW w:type="dxa" w:w="3000"/>
          </w:tcPr>
          <w:p>
            <w:r>
              <w:t>Thème</w:t>
            </w:r>
          </w:p>
        </w:tc>
        <w:tc>
          <w:tcPr>
            <w:tcW w:type="dxa" w:w="7000"/>
          </w:tcPr>
          <w:p>
            <w:r>
              <w:t>Métallurgie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fluide/ </w:t>
            </w:r>
          </w:p>
        </w:tc>
      </w:tr>
    </w:tbl>
    <w:p>
      <w:pPr>
        <w:pStyle w:val="Heading3"/>
      </w:pPr>
      <w:r>
        <w:t>Résumé :</w:t>
      </w:r>
    </w:p>
    <w:p>
      <w:r>
        <w:t>Les Fluides de travail des métaux est un ouvrage technique qui présente les différents fluides utilisés dans les opérations d’usinage et de mise en forme des métaux. Il traite de leur classification, de leurs propriétés lubrifiantes et refroidissantes, des mécanismes de lubrification lors de la coupe des métaux, des méthodes d'évaluation de leurs performances ainsi que de leur sélection et de leur utilisation en milieu industriel. L'ouvrage aborde également les aspects de normalisation et les applications pratiques des fluides de coupe dans l'industrie mécanique.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