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VPN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Archier, Jean-Paul/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682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  Collection : Expert IT</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9782746085398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sécurité réseau/ authentification/ </w:t>
            </w:r>
          </w:p>
        </w:tc>
      </w:tr>
    </w:tbl>
    <w:p>
      <w:pPr>
        <w:pStyle w:val="Heading3"/>
      </w:pPr>
      <w:r>
        <w:t>Résumé :</w:t>
      </w:r>
    </w:p>
    <w:p>
      <w:r>
        <w:t>Cet ouvrage constitue un guide complet sur les réseaux privés virtuels (VPN). Il présente les protocoles majeurs (IPSec, SSL, PPTP, L2TP), les mécanismes cryptographiques, les certificats numériques et les méthodes de déploiement sur Windows, Linux et équipements Cisco. De nombreux exemples pratiques permettent de concevoir, configurer, sécuriser et maintenir une infrastructure VPN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