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 et vidéo. V5, analogiques et digitaux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2100014269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luminance/ diagnostic électronique/ </w:t>
            </w:r>
          </w:p>
        </w:tc>
      </w:tr>
    </w:tbl>
    <w:p>
      <w:pPr>
        <w:pStyle w:val="Heading3"/>
      </w:pPr>
      <w:r>
        <w:t>Résumé :</w:t>
      </w:r>
    </w:p>
    <w:p>
      <w:r>
        <w:t>Ce cinquième volume poursuit l'étude des circuits intégrés analogiques et numériques employés dans les équipements de télévision et de vidéo. Il présente les technologies de traitement du signal, les systèmes de commande, les convertisseurs de données et les circuits spécialisés utilisés dans les téléviseurs, magnétoscopes et autres appareils audiovisuels. L'ouvrage met l'accent sur l'intégration croissante des fonctions électroniques et sur les interactions entre les traitements analogiques et numériques. Grâce à de nombreuses fiches techniques, schémas fonctionnels et exemples d'applications, il constitue un outil précieux pour la conception, l'analyse et la maintenance des systèmes audiovisuels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