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intégrés télé et vidéo. V4, analogiques et digitaux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2100020390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téléviseur couleur/ amplificateur vidéo/ </w:t>
            </w:r>
          </w:p>
        </w:tc>
      </w:tr>
    </w:tbl>
    <w:p>
      <w:pPr>
        <w:pStyle w:val="Heading3"/>
      </w:pPr>
      <w:r>
        <w:t>Résumé :</w:t>
      </w:r>
    </w:p>
    <w:p>
      <w:r>
        <w:t>Cet ouvrage présente les circuits intégrés analogiques et numériques utilisés dans les équipements de télévision et de vidéo. Il décrit les fonctions essentielles du traitement des signaux vidéo, de la synchronisation, du contrôle automatique et de la conversion analogique-numérique. Le livre met en évidence la transition technologique entre les systèmes analogiques traditionnels et les architectures numériques plus performantes. De nombreuses fiches techniques, schémas d'application et caractéristiques électriques permettent de comprendre le fonctionnement des composants et facilitent leur mise en œuvre. L'ouvrage constitue une référence utile pour les techniciens de maintenance, les ingénieurs et les étudiants spécialisés en électronique audiovisuelle.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