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télévision. V2 vidéo-magnétoscopes-télécommande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2100030744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magnétoscope/ diagnostic électronique/ </w:t>
            </w:r>
          </w:p>
        </w:tc>
      </w:tr>
    </w:tbl>
    <w:p>
      <w:pPr>
        <w:pStyle w:val="Heading3"/>
      </w:pPr>
      <w:r>
        <w:t>Résumé :</w:t>
      </w:r>
    </w:p>
    <w:p>
      <w:r>
        <w:t>Cet ouvrage constitue un guide technique consacré aux circuits intégrés utilisés dans les équipements audiovisuels, notamment les téléviseurs, les magnétoscopes et les systèmes de télécommande. Il décrit les principales fonctions électroniques associées au traitement vidéo, à la synchronisation, à l'enregistrement et à la lecture des signaux vidéo. Une attention particulière est portée aux circuits de commande, aux servomécanismes et aux interfaces de télécommande infrarouge. Le livre rassemble également des schémas d'application, des caractéristiques électriques et des informations pratiques destinées au dépannage et à la maintenance. Il représente une source documentaire précieuse pour les techniciens, les étudiants en électronique et les professionnels de l'audiovisuel.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