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Solid-state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Pridham, G. J./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0080169333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transistorisé/ </w:t>
            </w:r>
          </w:p>
        </w:tc>
      </w:tr>
    </w:tbl>
    <w:p>
      <w:pPr>
        <w:pStyle w:val="Heading3"/>
      </w:pPr>
      <w:r>
        <w:t>Résumé :</w:t>
      </w:r>
    </w:p>
    <w:p>
      <w:r>
        <w:t>Solid-State Circuits by G. J. Pridham provides a comprehensive introduction to semiconductor devices and their applications in electronic circuits. The book begins with the physical principles of semiconductor operation and examines the characteristics of key devices, including PN junction diodes, BJTs, JFETs, and MOSFETs. It then explores practical circuit applications such as rectifiers, regulated power supplies, amplifiers, oscillators, and high-frequency circuits. Finally, the text presents transistor equivalent models and small-signal analysis techniques that are essential for circuit design and performance evaluation. The book combines theoretical foundations with practical engineering applications, making it valuable for students and practitioners in electronics and electrical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