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Premières leçons de programmation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Arsac,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CEDIC : F. 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220.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2712403045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Jacques Arsac est une introduction méthodique à l'algorithmique et à la programmation. Il met l'accent sur la conception des algorithmes avant leur traduction dans un langage de programmation. Le livre présente les structures fondamentales de contrôle, les tableaux, les sous-programmes et les principaux algorithmes de recherche et de tri, avec une approche pédagogique destinée aux débutants.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