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Murry, Guy/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XI-171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2911008243</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de base/ </w:t>
            </w:r>
          </w:p>
        </w:tc>
      </w:tr>
    </w:tbl>
    <w:p>
      <w:pPr>
        <w:pStyle w:val="Heading3"/>
      </w:pPr>
      <w:r>
        <w:t>Résumé :</w:t>
      </w:r>
    </w:p>
    <w:p>
      <w:r>
        <w:t>Cet ouvrage est une introduction pratique à la métallurgie destinée aux techniciens, ingénieurs et utilisateurs de matériaux métalliques. Il présente de façon claire les notions essentielles sur la structure des métaux, les alliages, les propriétés mécaniques et chimiques, la corrosion, les traitements thermiques et les méthodes d'observation et de contrôle des matériaux. L'auteur met l'accent sur la compréhension des phénomènes métallurgiques qui influencent le comportement des métaux dans les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